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הקרב על תשומת הלב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כותרת מושכת לכותרת מטעה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שורשים ומשפחות מילים (כ־ת־ר מול כ־ת־ב, ע־ר־ך, ק־ר־א)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משקל קְטִילָה כשם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 תשומת הלב של הקוראים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קצרה, ברורה ומעוררת סקרנות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מפסיק להאמין לכותרות של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לחלון ראווה שמה שמוצג בו באמת נמצא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להביא את הסיפור ולכתוב את הכתבה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פוגעת באמון הקוראים ומאבדת אותם בהמשך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במפורש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קורא ביקורתי בודק, בעוד קורא חשדן פוסל הכול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אחד משלושת הכללים שהוזכרו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היא מהשורש כ־ת־ר, כמו כֶּתֶר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מכתירה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משאב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קטילה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פער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שורשים ומילים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(כותרת)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(כתבה)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(עריכה)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(משקל של שם פעולה)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כ־ת־ב: כתבה, כתב, מכתב. כ־ת־ר: הכתרה, כתר, כותרת.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כותרת שמבטיחה הפתעה שהכתבה לא מקיימת; הקוראים מתאכזבים והאתר מאבד אמון.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כתב/כתבת, כתיבה; עורך/עורכת, עריכה.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שהכותרת המדויקת מבוססת על עובדה מהכתבה, ושההסבר מזהה הבטחה ריקה מול הבטחה מקוימת.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התייחסות לדרמטיות הדימוי ולזיהוי העצמי-רפלקסיבי שהכותרת משתמשת בטכניקה שהיא מתארת.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שכותרת פיתוי מבטיחה ולא מקיימת ופוגעת באמון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השורש כ־ת־ר וההקשר לכתר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תבנית קטילה בדוגמאות כמו עריכה וקריאה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עם כותרות אמיתיות מודפסות ולבקש לסדר על ציר מדויקת-פיתוי בלי לציין 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בכיתה את ההבדל בין שורש כ־ת־ר לשורש כ־ת־ב כי התלמידים נוטים להתבלבל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דוגמה מהכיתה כדי לעזור לתלמידים להתחיל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הקרב על תשומת הלב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מספר איך עיתונים כותבים כותרות. יש כותרות טובות ויש כותרות שמבטיחות דברים שלא קיימים בכתבה.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כותרת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הראשי בראש הכתבה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כותרת פיתוי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כותרת שמבטיחה דבר שהכתבה לא באמת נותנת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עורך/עורכת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שמחליט איך הסיפור יוצג ולעיתים כותב את הכותרת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תחושת ביטחון שאפשר להאמין למישהו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משאב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בעל ערך שיש ממנו כמות מוגבלת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ביקורתי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שבודק ומשווה לפני שהוא מאמין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פער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רווח בין מה שיודעים למה שרוצים לדעת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משקל קְטִילָה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של שם פעולה, כמו עריכה וכתיבה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במה הכותרות מתחרות?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מקום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תשומת הלב של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מספר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שם הכתב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צריך להיות בכותרת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קצרה, ברורה ומעוררת סקרנות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ארוכה, מסובכת ומפתיעה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צבעונית, גדולה ומודגשת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משעשעת, קצרה ומוזרה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לקורא כשהוא מתאכזב שוב ושוב?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ממשיך להאמין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מפסיק להאמין לכותרות של האתר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קורא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כותב תגובה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עם מה משווים כותרת טובה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לחלון ראווה שמה שמוצג בו באמת נמצא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לשלט חוצות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לשער של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לכרזה בקולנוע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עושה הכתב?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את הכותרת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להביא את הסיפור ולכתוב את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לעצב את העיתון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שגיאות כתיב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כותרת פיתוי מועילה לאתר בטווח הארוך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 האמון הוא הנכס החשוב ביותר של אתר חדשות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 ביקורתי פוסל כל כותרת מראש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מכללי האצבע הוא לא להגזים במספרים בכותרת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כותרת היא מהשורש כ־ת־ב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הכותרת __________ את הכתבה, כמו כתר שעל 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והעורכת מחליטים איך הסיפור יוצג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מילה שמשמעה דבר בעל ערך בכמות מוגבלת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קריאה ביקורתית אינה הופכת אותנו לחשדנים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המילים עריכה, קריאה וכתיבה בנויות במשקל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הרווח בין מה שיודעים למה שרוצים לדעת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שורשים ומילים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כ־ת־ר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כותרת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כ־ת־ב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ע־ר־ך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משקל של שם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ק־ר־א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עריכה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קְטִילָה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קריאה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מיינו לשתי משפחות: כתבה, הכתרה, כתב, מכתב, כתר, כותרת. כתבו את השורש של כל משפחה.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מהי כותרת פיתוי ולמה היא פוגעת באתר עצמו.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שם מקצוע ושם פעולה מהשורש כ־ת־ב, ושם מקצוע ושם פעולה מהשורש ע־ר־ך.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אירוע אמיתי מחיי הכיתה. כתבו לו כותרת פיתוי וכותרת מושכת ומדויקת, והסבירו ב-3 משפטים מה ההבדל ביניהן.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הטקסט משתמש במילים ממלחמה (הקרב, נלחמות, נאבקו). מה הבחירה הזאת מוסיפה, והאם הכותרת עצמה 'כותרת מושכת'?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כותרת פיתוי ולמה היא מזיקה?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השורש של המילה כותרת, ומה משמעותו?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משקל קטילה ותנו שתי דוגמאות מהטקסט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הקרב על תשומת הלב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